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A8CAC" w14:textId="77777777" w:rsidR="00C757F2" w:rsidRDefault="00C757F2" w:rsidP="00476595">
      <w:pPr>
        <w:spacing w:after="0" w:line="360" w:lineRule="auto"/>
        <w:ind w:left="-142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bookmarkStart w:id="0" w:name="_GoBack"/>
      <w:bookmarkEnd w:id="0"/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Progetto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 xml:space="preserve"> “</w:t>
      </w:r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Cantieri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 xml:space="preserve"> </w:t>
      </w:r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Aperti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>”</w:t>
      </w:r>
    </w:p>
    <w:p w14:paraId="5519938B" w14:textId="744CB69B" w:rsidR="007A7AC7" w:rsidRDefault="007A7AC7" w:rsidP="00476595">
      <w:pPr>
        <w:spacing w:after="0" w:line="360" w:lineRule="auto"/>
        <w:ind w:left="-142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Soprintendenza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 xml:space="preserve">/ </w:t>
      </w:r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Istituto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 xml:space="preserve"> </w:t>
      </w:r>
      <w:proofErr w:type="spellStart"/>
      <w:r>
        <w:rPr>
          <w:rFonts w:asciiTheme="majorHAnsi" w:hAnsiTheme="majorHAnsi" w:cstheme="majorHAnsi"/>
          <w:b/>
          <w:bCs/>
          <w:sz w:val="32"/>
          <w:szCs w:val="32"/>
        </w:rPr>
        <w:t>proponente</w:t>
      </w:r>
      <w:proofErr w:type="spellEnd"/>
      <w:r>
        <w:rPr>
          <w:rFonts w:asciiTheme="majorHAnsi" w:hAnsiTheme="majorHAnsi" w:cstheme="majorHAnsi"/>
          <w:b/>
          <w:bCs/>
          <w:sz w:val="32"/>
          <w:szCs w:val="32"/>
        </w:rPr>
        <w:t>………………………………………</w:t>
      </w:r>
    </w:p>
    <w:p w14:paraId="4AB8053B" w14:textId="59B6CE6A" w:rsidR="00B04A63" w:rsidRPr="00B04A63" w:rsidRDefault="007A7AC7" w:rsidP="00476595">
      <w:pPr>
        <w:spacing w:after="0" w:line="360" w:lineRule="auto"/>
        <w:ind w:left="-142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>SCHEDA DI</w:t>
      </w:r>
      <w:r w:rsidR="00F311D9" w:rsidRPr="00B04A63">
        <w:rPr>
          <w:rFonts w:asciiTheme="majorHAnsi" w:hAnsiTheme="majorHAnsi" w:cstheme="majorHAnsi"/>
          <w:b/>
          <w:bCs/>
          <w:sz w:val="32"/>
          <w:szCs w:val="32"/>
        </w:rPr>
        <w:t xml:space="preserve"> CANTIERE</w:t>
      </w:r>
    </w:p>
    <w:p w14:paraId="36546507" w14:textId="4D3022E8" w:rsidR="0014296F" w:rsidRPr="00B04A63" w:rsidRDefault="00F311D9" w:rsidP="008C1728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B04A63">
        <w:rPr>
          <w:rFonts w:asciiTheme="majorHAnsi" w:hAnsiTheme="majorHAnsi" w:cstheme="majorHAnsi"/>
          <w:b/>
          <w:bCs/>
          <w:sz w:val="24"/>
          <w:szCs w:val="24"/>
        </w:rPr>
        <w:t>DATI GENERALI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681"/>
        <w:gridCol w:w="6804"/>
      </w:tblGrid>
      <w:tr w:rsidR="007A7AC7" w:rsidRPr="00B04A63" w14:paraId="336954C4" w14:textId="77777777" w:rsidTr="008C1728">
        <w:tc>
          <w:tcPr>
            <w:tcW w:w="3681" w:type="dxa"/>
          </w:tcPr>
          <w:p w14:paraId="727AF25F" w14:textId="6467D385" w:rsidR="007A7AC7" w:rsidRPr="00B04A63" w:rsidRDefault="007A7AC7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Istituto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proponente</w:t>
            </w:r>
            <w:proofErr w:type="spellEnd"/>
          </w:p>
        </w:tc>
        <w:tc>
          <w:tcPr>
            <w:tcW w:w="6804" w:type="dxa"/>
          </w:tcPr>
          <w:p w14:paraId="71B121C4" w14:textId="77777777" w:rsidR="007A7AC7" w:rsidRPr="00B04A63" w:rsidRDefault="007A7AC7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500566EC" w14:textId="77777777" w:rsidTr="008C1728">
        <w:tc>
          <w:tcPr>
            <w:tcW w:w="3681" w:type="dxa"/>
          </w:tcPr>
          <w:p w14:paraId="5EB48DB7" w14:textId="77777777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Titolo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intervento</w:t>
            </w:r>
            <w:proofErr w:type="spellEnd"/>
          </w:p>
        </w:tc>
        <w:tc>
          <w:tcPr>
            <w:tcW w:w="6804" w:type="dxa"/>
          </w:tcPr>
          <w:p w14:paraId="4FAD8CF5" w14:textId="3B6B98D4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74CC5BF3" w14:textId="77777777" w:rsidTr="008C1728">
        <w:tc>
          <w:tcPr>
            <w:tcW w:w="3681" w:type="dxa"/>
          </w:tcPr>
          <w:p w14:paraId="7A4A565B" w14:textId="4ED02EB6" w:rsidR="0014296F" w:rsidRPr="00B04A63" w:rsidRDefault="00C757F2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Tipologia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p</w:t>
            </w:r>
            <w:r w:rsidR="00F311D9" w:rsidRPr="00B04A63">
              <w:rPr>
                <w:rFonts w:asciiTheme="majorHAnsi" w:hAnsiTheme="majorHAnsi" w:cstheme="majorHAnsi"/>
                <w:sz w:val="24"/>
                <w:szCs w:val="24"/>
              </w:rPr>
              <w:t>rogetto</w:t>
            </w:r>
            <w:proofErr w:type="spellEnd"/>
          </w:p>
        </w:tc>
        <w:tc>
          <w:tcPr>
            <w:tcW w:w="6804" w:type="dxa"/>
          </w:tcPr>
          <w:p w14:paraId="10DFCD1C" w14:textId="29D2E2D8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1C393D49" w14:textId="77777777" w:rsidTr="008C1728">
        <w:tc>
          <w:tcPr>
            <w:tcW w:w="3681" w:type="dxa"/>
          </w:tcPr>
          <w:p w14:paraId="5EF05CA1" w14:textId="77777777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Soggetto attuatore</w:t>
            </w:r>
          </w:p>
        </w:tc>
        <w:tc>
          <w:tcPr>
            <w:tcW w:w="6804" w:type="dxa"/>
          </w:tcPr>
          <w:p w14:paraId="461E874C" w14:textId="1A554C8A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5343CFA2" w14:textId="77777777" w:rsidTr="008C1728">
        <w:tc>
          <w:tcPr>
            <w:tcW w:w="3681" w:type="dxa"/>
          </w:tcPr>
          <w:p w14:paraId="5AF0E8B8" w14:textId="48D3441B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Luogo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dell’intervento</w:t>
            </w:r>
            <w:proofErr w:type="spellEnd"/>
            <w:r w:rsidR="007A7AC7">
              <w:rPr>
                <w:rFonts w:asciiTheme="majorHAnsi" w:hAnsiTheme="majorHAnsi" w:cstheme="majorHAnsi"/>
                <w:sz w:val="24"/>
                <w:szCs w:val="24"/>
              </w:rPr>
              <w:t xml:space="preserve"> (</w:t>
            </w:r>
            <w:proofErr w:type="spellStart"/>
            <w:r w:rsidR="007A7AC7">
              <w:rPr>
                <w:rFonts w:asciiTheme="majorHAnsi" w:hAnsiTheme="majorHAnsi" w:cstheme="majorHAnsi"/>
                <w:sz w:val="24"/>
                <w:szCs w:val="24"/>
              </w:rPr>
              <w:t>Comune</w:t>
            </w:r>
            <w:proofErr w:type="spellEnd"/>
            <w:r w:rsidR="007A7AC7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804" w:type="dxa"/>
          </w:tcPr>
          <w:p w14:paraId="671CB475" w14:textId="55661C54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15B20CDB" w14:textId="77777777" w:rsidTr="008C1728">
        <w:tc>
          <w:tcPr>
            <w:tcW w:w="3681" w:type="dxa"/>
          </w:tcPr>
          <w:p w14:paraId="4CE3F69D" w14:textId="140FF058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Durata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prevista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dei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lavori</w:t>
            </w:r>
            <w:proofErr w:type="spellEnd"/>
            <w:r w:rsidR="00B04A63"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14:paraId="6078CF35" w14:textId="20BB0C59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68ABAA03" w14:textId="77777777" w:rsidTr="008C1728">
        <w:tc>
          <w:tcPr>
            <w:tcW w:w="3681" w:type="dxa"/>
          </w:tcPr>
          <w:p w14:paraId="6AA3F6E9" w14:textId="2670B59E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Data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inizio</w:t>
            </w:r>
            <w:proofErr w:type="spellEnd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lavori</w:t>
            </w:r>
            <w:proofErr w:type="spellEnd"/>
            <w:r w:rsidR="00476595">
              <w:rPr>
                <w:rFonts w:asciiTheme="majorHAnsi" w:hAnsiTheme="majorHAnsi" w:cstheme="majorHAnsi"/>
                <w:sz w:val="24"/>
                <w:szCs w:val="24"/>
              </w:rPr>
              <w:t xml:space="preserve"> (</w:t>
            </w:r>
            <w:proofErr w:type="spellStart"/>
            <w:r w:rsidR="00476595">
              <w:rPr>
                <w:rFonts w:asciiTheme="majorHAnsi" w:hAnsiTheme="majorHAnsi" w:cstheme="majorHAnsi"/>
                <w:sz w:val="24"/>
                <w:szCs w:val="24"/>
              </w:rPr>
              <w:t>anche</w:t>
            </w:r>
            <w:proofErr w:type="spellEnd"/>
            <w:r w:rsidR="0047659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="00476595">
              <w:rPr>
                <w:rFonts w:asciiTheme="majorHAnsi" w:hAnsiTheme="majorHAnsi" w:cstheme="majorHAnsi"/>
                <w:sz w:val="24"/>
                <w:szCs w:val="24"/>
              </w:rPr>
              <w:t>presunta</w:t>
            </w:r>
            <w:proofErr w:type="spellEnd"/>
            <w:r w:rsidR="00476595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6804" w:type="dxa"/>
          </w:tcPr>
          <w:p w14:paraId="2F44422E" w14:textId="42D57611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42183704" w14:textId="77777777" w:rsidTr="008C1728">
        <w:tc>
          <w:tcPr>
            <w:tcW w:w="3681" w:type="dxa"/>
          </w:tcPr>
          <w:p w14:paraId="1CA623FC" w14:textId="77777777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Data fine lavori prevista</w:t>
            </w:r>
          </w:p>
        </w:tc>
        <w:tc>
          <w:tcPr>
            <w:tcW w:w="6804" w:type="dxa"/>
          </w:tcPr>
          <w:p w14:paraId="2CBF4DCB" w14:textId="121F4BCF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6212000C" w14:textId="77777777" w:rsidTr="008C1728">
        <w:tc>
          <w:tcPr>
            <w:tcW w:w="3681" w:type="dxa"/>
          </w:tcPr>
          <w:p w14:paraId="36037F3A" w14:textId="77777777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Importo complessivo</w:t>
            </w:r>
          </w:p>
        </w:tc>
        <w:tc>
          <w:tcPr>
            <w:tcW w:w="6804" w:type="dxa"/>
          </w:tcPr>
          <w:p w14:paraId="3F34A7B1" w14:textId="55AC11AD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296F" w:rsidRPr="00B04A63" w14:paraId="4FC9354B" w14:textId="77777777" w:rsidTr="008C1728">
        <w:tc>
          <w:tcPr>
            <w:tcW w:w="3681" w:type="dxa"/>
          </w:tcPr>
          <w:p w14:paraId="6798C8E3" w14:textId="77777777" w:rsidR="0014296F" w:rsidRPr="00B04A63" w:rsidRDefault="00F311D9" w:rsidP="00B04A63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B04A63">
              <w:rPr>
                <w:rFonts w:asciiTheme="majorHAnsi" w:hAnsiTheme="majorHAnsi" w:cstheme="majorHAnsi"/>
                <w:sz w:val="24"/>
                <w:szCs w:val="24"/>
              </w:rPr>
              <w:t>Fonte di finanziamento</w:t>
            </w:r>
          </w:p>
        </w:tc>
        <w:tc>
          <w:tcPr>
            <w:tcW w:w="6804" w:type="dxa"/>
          </w:tcPr>
          <w:p w14:paraId="6B5FA852" w14:textId="452EECA5" w:rsidR="0014296F" w:rsidRPr="00B04A63" w:rsidRDefault="0014296F" w:rsidP="008C1728">
            <w:pPr>
              <w:ind w:right="-2104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750E6079" w14:textId="77777777" w:rsidR="0014296F" w:rsidRPr="00B04A63" w:rsidRDefault="0014296F" w:rsidP="00B04A63">
      <w:pPr>
        <w:spacing w:after="0"/>
        <w:rPr>
          <w:rFonts w:asciiTheme="majorHAnsi" w:hAnsiTheme="majorHAnsi" w:cstheme="majorHAnsi"/>
          <w:sz w:val="24"/>
          <w:szCs w:val="24"/>
        </w:rPr>
      </w:pPr>
    </w:p>
    <w:p w14:paraId="4398072E" w14:textId="77777777" w:rsidR="0014296F" w:rsidRPr="00B04A63" w:rsidRDefault="00F311D9" w:rsidP="008C1728">
      <w:pPr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04A63">
        <w:rPr>
          <w:rFonts w:asciiTheme="majorHAnsi" w:hAnsiTheme="majorHAnsi" w:cstheme="majorHAnsi"/>
          <w:b/>
          <w:bCs/>
          <w:sz w:val="24"/>
          <w:szCs w:val="24"/>
        </w:rPr>
        <w:t>DESCRIZIONE GENERALE DEL PROGETTO</w:t>
      </w:r>
    </w:p>
    <w:p w14:paraId="3A58480D" w14:textId="746F6BB9" w:rsidR="0014296F" w:rsidRPr="00B04A63" w:rsidRDefault="00476595" w:rsidP="00476595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DE9D0B8" wp14:editId="5C9DA0E5">
                <wp:simplePos x="0" y="0"/>
                <wp:positionH relativeFrom="column">
                  <wp:posOffset>-2540</wp:posOffset>
                </wp:positionH>
                <wp:positionV relativeFrom="paragraph">
                  <wp:posOffset>506095</wp:posOffset>
                </wp:positionV>
                <wp:extent cx="6686550" cy="0"/>
                <wp:effectExtent l="38100" t="38100" r="76200" b="95250"/>
                <wp:wrapNone/>
                <wp:docPr id="383653611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2658B3A" id="Connettore diritto 1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39.85pt" to="526.3pt,3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EK096/dAAAACA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  <w:proofErr w:type="spellStart"/>
      <w:r w:rsidR="00F311D9" w:rsidRPr="00B04A63">
        <w:rPr>
          <w:rFonts w:asciiTheme="majorHAnsi" w:hAnsiTheme="majorHAnsi" w:cstheme="majorHAnsi"/>
          <w:sz w:val="24"/>
          <w:szCs w:val="24"/>
        </w:rPr>
        <w:t>Descrivere</w:t>
      </w:r>
      <w:proofErr w:type="spellEnd"/>
      <w:r w:rsidR="00F311D9"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F311D9" w:rsidRPr="00B04A63">
        <w:rPr>
          <w:rFonts w:asciiTheme="majorHAnsi" w:hAnsiTheme="majorHAnsi" w:cstheme="majorHAnsi"/>
          <w:sz w:val="24"/>
          <w:szCs w:val="24"/>
        </w:rPr>
        <w:t>sinteticamente</w:t>
      </w:r>
      <w:proofErr w:type="spellEnd"/>
      <w:r w:rsidR="00F311D9"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F311D9" w:rsidRPr="00B04A63">
        <w:rPr>
          <w:rFonts w:asciiTheme="majorHAnsi" w:hAnsiTheme="majorHAnsi" w:cstheme="majorHAnsi"/>
          <w:sz w:val="24"/>
          <w:szCs w:val="24"/>
        </w:rPr>
        <w:t>l’obiettivo</w:t>
      </w:r>
      <w:proofErr w:type="spellEnd"/>
      <w:r w:rsidR="00F311D9"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F311D9" w:rsidRPr="00B04A63">
        <w:rPr>
          <w:rFonts w:asciiTheme="majorHAnsi" w:hAnsiTheme="majorHAnsi" w:cstheme="majorHAnsi"/>
          <w:sz w:val="24"/>
          <w:szCs w:val="24"/>
        </w:rPr>
        <w:t>dell’intervento</w:t>
      </w:r>
      <w:proofErr w:type="spellEnd"/>
      <w:r w:rsidR="00F311D9" w:rsidRPr="00B04A63">
        <w:rPr>
          <w:rFonts w:asciiTheme="majorHAnsi" w:hAnsiTheme="majorHAnsi" w:cstheme="majorHAnsi"/>
          <w:sz w:val="24"/>
          <w:szCs w:val="24"/>
        </w:rPr>
        <w:t xml:space="preserve"> (es. conservazione, valorizzazione, miglioramento della fruizione, sicurezza, accessibilità, ecc.)</w:t>
      </w:r>
      <w:r w:rsidR="00F311D9" w:rsidRPr="00B04A63">
        <w:rPr>
          <w:rFonts w:asciiTheme="majorHAnsi" w:hAnsiTheme="majorHAnsi" w:cstheme="majorHAnsi"/>
          <w:sz w:val="24"/>
          <w:szCs w:val="24"/>
        </w:rPr>
        <w:br/>
      </w:r>
    </w:p>
    <w:p w14:paraId="4B6DD76C" w14:textId="6765F10C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EC8149D" wp14:editId="64E28C23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657611588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08EFEC86" id="Connettore diritto 1" o:spid="_x0000_s1026" style="position:absolute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4AB4AFD5" w14:textId="57D37CC2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05ECEB8" wp14:editId="7F98CF2A">
                <wp:simplePos x="0" y="0"/>
                <wp:positionH relativeFrom="column">
                  <wp:posOffset>0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586247632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CD9033A" id="Connettore diritto 1" o:spid="_x0000_s1026" style="position:absolute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35pt" to="526.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207CAEA6" w14:textId="3FDB9986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D3A011A" wp14:editId="3F7F543E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624890505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427CABC" id="Connettore diritto 1" o:spid="_x0000_s1026" style="position:absolute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649EF515" w14:textId="73F59C01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AE45A4F" wp14:editId="29EBA20A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331432100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1CB90519" id="Connettore diritto 1" o:spid="_x0000_s1026" style="position:absolute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3E5DF4C5" w14:textId="7386E26A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23BF8B5" wp14:editId="3D9D7298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903243577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A6A3AF3" id="Connettore diritto 1" o:spid="_x0000_s1026" style="position:absolute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2CD3DBC1" w14:textId="74599455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D0C4187" wp14:editId="6217C64B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010194640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59369BA0" id="Connettore diritto 1" o:spid="_x0000_s1026" style="position:absolute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70FCBBEE" w14:textId="53C0462B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6AD7F29" wp14:editId="0914F517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083005953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660C34A5" id="Connettore diritto 1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6A944584" w14:textId="523E0237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BF7679" wp14:editId="069F7CA3">
                <wp:simplePos x="0" y="0"/>
                <wp:positionH relativeFrom="column">
                  <wp:posOffset>0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856647124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29D8FEE3" id="Connettore diritto 1" o:spid="_x0000_s1026" style="position:absolute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35pt" to="526.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75159C51" w14:textId="7D63F8B9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17A293D" wp14:editId="28EC74BF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1525414498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199B1178" id="Connettore diritto 1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01111C3D" w14:textId="02DC6DB6" w:rsidR="00476595" w:rsidRDefault="00476595" w:rsidP="00B04A63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B36401C" wp14:editId="21C0DD49">
                <wp:simplePos x="0" y="0"/>
                <wp:positionH relativeFrom="column">
                  <wp:posOffset>-9525</wp:posOffset>
                </wp:positionH>
                <wp:positionV relativeFrom="paragraph">
                  <wp:posOffset>144145</wp:posOffset>
                </wp:positionV>
                <wp:extent cx="6686550" cy="0"/>
                <wp:effectExtent l="38100" t="38100" r="76200" b="95250"/>
                <wp:wrapNone/>
                <wp:docPr id="216603338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7A4F6652" id="Connettore diritto 1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1.35pt" to="525.7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MYcMEH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2F50E363" w14:textId="1534A2DE" w:rsidR="00B04A63" w:rsidRDefault="00476595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FEE228B" wp14:editId="66BEF5EA">
                <wp:simplePos x="0" y="0"/>
                <wp:positionH relativeFrom="column">
                  <wp:posOffset>-6985</wp:posOffset>
                </wp:positionH>
                <wp:positionV relativeFrom="paragraph">
                  <wp:posOffset>142240</wp:posOffset>
                </wp:positionV>
                <wp:extent cx="6686550" cy="0"/>
                <wp:effectExtent l="38100" t="38100" r="76200" b="95250"/>
                <wp:wrapNone/>
                <wp:docPr id="59579033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0D3AF1F4" id="Connettore diritto 1" o:spid="_x0000_s1026" style="position:absolute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11.2pt" to="525.9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4BC93197" w14:textId="77777777" w:rsidR="007A7AC7" w:rsidRDefault="007A7AC7" w:rsidP="007A7AC7">
      <w:pPr>
        <w:spacing w:after="0"/>
        <w:rPr>
          <w:rFonts w:asciiTheme="majorHAnsi" w:hAnsiTheme="majorHAnsi" w:cstheme="majorHAnsi"/>
          <w:noProof/>
          <w:sz w:val="24"/>
          <w:szCs w:val="24"/>
        </w:rPr>
      </w:pPr>
    </w:p>
    <w:p w14:paraId="00804DB1" w14:textId="77777777" w:rsidR="007A7AC7" w:rsidRDefault="007A7AC7" w:rsidP="007A7AC7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noProof/>
          <w:sz w:val="24"/>
          <w:szCs w:val="24"/>
          <w:lang w:val="it-IT" w:eastAsia="it-IT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5313EFD" wp14:editId="5D4A58E2">
                <wp:simplePos x="0" y="0"/>
                <wp:positionH relativeFrom="column">
                  <wp:posOffset>-6985</wp:posOffset>
                </wp:positionH>
                <wp:positionV relativeFrom="paragraph">
                  <wp:posOffset>142240</wp:posOffset>
                </wp:positionV>
                <wp:extent cx="6686550" cy="0"/>
                <wp:effectExtent l="38100" t="38100" r="76200" b="95250"/>
                <wp:wrapNone/>
                <wp:docPr id="2" name="Connettore dirit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86550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B570BC" id="Connettore diritto 1" o:spid="_x0000_s1026" style="position:absolute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11.2pt" to="525.9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" strokecolor="black [3200]" strokeweight=".25pt">
                <v:shadow on="t" color="black" opacity="24903f" origin=",.5" offset="0,.55556mm"/>
              </v:line>
            </w:pict>
          </mc:Fallback>
        </mc:AlternateContent>
      </w:r>
    </w:p>
    <w:p w14:paraId="74F086FF" w14:textId="6BE89214" w:rsidR="00476595" w:rsidRDefault="00476595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</w:p>
    <w:p w14:paraId="487B273C" w14:textId="379CFAD8" w:rsidR="007A7AC7" w:rsidRDefault="007A7AC7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</w:p>
    <w:p w14:paraId="1C500657" w14:textId="77777777" w:rsidR="007A7AC7" w:rsidRDefault="007A7AC7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</w:p>
    <w:p w14:paraId="67D0FA7B" w14:textId="6F5E0B32" w:rsidR="0014296F" w:rsidRPr="00B04A63" w:rsidRDefault="00F311D9" w:rsidP="008C1728">
      <w:pPr>
        <w:spacing w:after="0"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04A63">
        <w:rPr>
          <w:rFonts w:asciiTheme="majorHAnsi" w:hAnsiTheme="majorHAnsi" w:cstheme="majorHAnsi"/>
          <w:b/>
          <w:bCs/>
          <w:sz w:val="24"/>
          <w:szCs w:val="24"/>
        </w:rPr>
        <w:t xml:space="preserve">DESCRIZIONE </w:t>
      </w:r>
      <w:r w:rsidR="00CC11DD">
        <w:rPr>
          <w:rFonts w:asciiTheme="majorHAnsi" w:hAnsiTheme="majorHAnsi" w:cstheme="majorHAnsi"/>
          <w:b/>
          <w:bCs/>
          <w:sz w:val="24"/>
          <w:szCs w:val="24"/>
        </w:rPr>
        <w:t xml:space="preserve">SINTETICA </w:t>
      </w:r>
      <w:r w:rsidR="00C757F2">
        <w:rPr>
          <w:rFonts w:asciiTheme="majorHAnsi" w:hAnsiTheme="majorHAnsi" w:cstheme="majorHAnsi"/>
          <w:b/>
          <w:bCs/>
          <w:sz w:val="24"/>
          <w:szCs w:val="24"/>
        </w:rPr>
        <w:t>DELLE ATTIVITA’ IN CORSO</w:t>
      </w:r>
    </w:p>
    <w:p w14:paraId="57261FC4" w14:textId="26E6A2B6" w:rsidR="0014296F" w:rsidRPr="00B04A63" w:rsidRDefault="00F311D9" w:rsidP="00B04A63">
      <w:pPr>
        <w:spacing w:after="0"/>
        <w:rPr>
          <w:rFonts w:asciiTheme="majorHAnsi" w:hAnsiTheme="majorHAnsi" w:cstheme="majorHAnsi"/>
          <w:sz w:val="24"/>
          <w:szCs w:val="24"/>
        </w:rPr>
      </w:pPr>
      <w:proofErr w:type="spellStart"/>
      <w:r w:rsidRPr="00B04A63">
        <w:rPr>
          <w:rFonts w:asciiTheme="majorHAnsi" w:hAnsiTheme="majorHAnsi" w:cstheme="majorHAnsi"/>
          <w:sz w:val="24"/>
          <w:szCs w:val="24"/>
        </w:rPr>
        <w:t>Elencare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e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descrivere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in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modo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sintetico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le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principali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attività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 xml:space="preserve"> </w:t>
      </w:r>
      <w:r w:rsidR="00C757F2">
        <w:rPr>
          <w:rFonts w:asciiTheme="majorHAnsi" w:hAnsiTheme="majorHAnsi" w:cstheme="majorHAnsi"/>
          <w:sz w:val="24"/>
          <w:szCs w:val="24"/>
        </w:rPr>
        <w:t xml:space="preserve">in </w:t>
      </w:r>
      <w:proofErr w:type="spellStart"/>
      <w:r w:rsidR="00C757F2">
        <w:rPr>
          <w:rFonts w:asciiTheme="majorHAnsi" w:hAnsiTheme="majorHAnsi" w:cstheme="majorHAnsi"/>
          <w:sz w:val="24"/>
          <w:szCs w:val="24"/>
        </w:rPr>
        <w:t>corso</w:t>
      </w:r>
      <w:proofErr w:type="spellEnd"/>
      <w:proofErr w:type="gramStart"/>
      <w:r w:rsidRPr="00B04A63">
        <w:rPr>
          <w:rFonts w:asciiTheme="majorHAnsi" w:hAnsiTheme="majorHAnsi" w:cstheme="majorHAnsi"/>
          <w:sz w:val="24"/>
          <w:szCs w:val="24"/>
        </w:rPr>
        <w:t>:</w:t>
      </w:r>
      <w:proofErr w:type="gramEnd"/>
      <w:r w:rsidRPr="00B04A63">
        <w:rPr>
          <w:rFonts w:asciiTheme="majorHAnsi" w:hAnsiTheme="majorHAnsi" w:cstheme="majorHAnsi"/>
          <w:sz w:val="24"/>
          <w:szCs w:val="24"/>
        </w:rPr>
        <w:br/>
        <w:t>1. ____________________________________________</w:t>
      </w:r>
      <w:r w:rsidRPr="00B04A63">
        <w:rPr>
          <w:rFonts w:asciiTheme="majorHAnsi" w:hAnsiTheme="majorHAnsi" w:cstheme="majorHAnsi"/>
          <w:sz w:val="24"/>
          <w:szCs w:val="24"/>
        </w:rPr>
        <w:br/>
        <w:t>2. ____________________________________________</w:t>
      </w:r>
      <w:r w:rsidRPr="00B04A63">
        <w:rPr>
          <w:rFonts w:asciiTheme="majorHAnsi" w:hAnsiTheme="majorHAnsi" w:cstheme="majorHAnsi"/>
          <w:sz w:val="24"/>
          <w:szCs w:val="24"/>
        </w:rPr>
        <w:br/>
        <w:t>3. ____________________________________________</w:t>
      </w:r>
      <w:r w:rsidRPr="00B04A63">
        <w:rPr>
          <w:rFonts w:asciiTheme="majorHAnsi" w:hAnsiTheme="majorHAnsi" w:cstheme="majorHAnsi"/>
          <w:sz w:val="24"/>
          <w:szCs w:val="24"/>
        </w:rPr>
        <w:br/>
        <w:t>4. ____________________________________________</w:t>
      </w:r>
      <w:r w:rsidRPr="00B04A63">
        <w:rPr>
          <w:rFonts w:asciiTheme="majorHAnsi" w:hAnsiTheme="majorHAnsi" w:cstheme="majorHAnsi"/>
          <w:sz w:val="24"/>
          <w:szCs w:val="24"/>
        </w:rPr>
        <w:br/>
        <w:t>5. ____________________________________________</w:t>
      </w:r>
    </w:p>
    <w:p w14:paraId="64A03281" w14:textId="77777777" w:rsidR="00B04A63" w:rsidRDefault="00B04A63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</w:p>
    <w:p w14:paraId="6C9D8F4C" w14:textId="621BF1C1" w:rsidR="0014296F" w:rsidRPr="00B04A63" w:rsidRDefault="00F311D9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B04A63">
        <w:rPr>
          <w:rFonts w:asciiTheme="majorHAnsi" w:hAnsiTheme="majorHAnsi" w:cstheme="majorHAnsi"/>
          <w:b/>
          <w:bCs/>
          <w:sz w:val="24"/>
          <w:szCs w:val="24"/>
        </w:rPr>
        <w:t>STATO DELL’INTERVENTO</w:t>
      </w:r>
    </w:p>
    <w:p w14:paraId="00EA9114" w14:textId="034A77E4" w:rsidR="00B04A63" w:rsidRDefault="00F311D9" w:rsidP="00B04A63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04A63">
        <w:rPr>
          <w:rFonts w:ascii="Segoe UI Symbol" w:hAnsi="Segoe UI Symbol" w:cs="Segoe UI Symbol"/>
          <w:sz w:val="24"/>
          <w:szCs w:val="24"/>
        </w:rPr>
        <w:t>☐</w:t>
      </w:r>
      <w:r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B04A63">
        <w:rPr>
          <w:rFonts w:asciiTheme="majorHAnsi" w:hAnsiTheme="majorHAnsi" w:cstheme="majorHAnsi"/>
          <w:sz w:val="24"/>
          <w:szCs w:val="24"/>
        </w:rPr>
        <w:t>Progettazione</w:t>
      </w:r>
      <w:proofErr w:type="spellEnd"/>
    </w:p>
    <w:p w14:paraId="103F7ED7" w14:textId="77777777" w:rsidR="00B04A63" w:rsidRDefault="00F311D9" w:rsidP="00B04A63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04A63">
        <w:rPr>
          <w:rFonts w:ascii="Segoe UI Symbol" w:hAnsi="Segoe UI Symbol" w:cs="Segoe UI Symbol"/>
          <w:sz w:val="24"/>
          <w:szCs w:val="24"/>
        </w:rPr>
        <w:t>☐</w:t>
      </w:r>
      <w:r w:rsidRPr="00B04A63">
        <w:rPr>
          <w:rFonts w:asciiTheme="majorHAnsi" w:hAnsiTheme="majorHAnsi" w:cstheme="majorHAnsi"/>
          <w:sz w:val="24"/>
          <w:szCs w:val="24"/>
        </w:rPr>
        <w:t xml:space="preserve"> Gara </w:t>
      </w:r>
    </w:p>
    <w:p w14:paraId="0F871A17" w14:textId="5468C241" w:rsidR="00B04A63" w:rsidRDefault="00F311D9" w:rsidP="00B04A63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04A63">
        <w:rPr>
          <w:rFonts w:ascii="Segoe UI Symbol" w:hAnsi="Segoe UI Symbol" w:cs="Segoe UI Symbol"/>
          <w:sz w:val="24"/>
          <w:szCs w:val="24"/>
        </w:rPr>
        <w:t>☐</w:t>
      </w:r>
      <w:r w:rsidRPr="00B04A63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Cantiere</w:t>
      </w:r>
      <w:proofErr w:type="spellEnd"/>
      <w:r w:rsidR="00C757F2">
        <w:rPr>
          <w:rFonts w:asciiTheme="majorHAnsi" w:hAnsiTheme="majorHAnsi" w:cstheme="majorHAnsi"/>
          <w:sz w:val="24"/>
          <w:szCs w:val="24"/>
        </w:rPr>
        <w:t xml:space="preserve"> in </w:t>
      </w:r>
      <w:proofErr w:type="spellStart"/>
      <w:r w:rsidR="00C757F2">
        <w:rPr>
          <w:rFonts w:asciiTheme="majorHAnsi" w:hAnsiTheme="majorHAnsi" w:cstheme="majorHAnsi"/>
          <w:sz w:val="24"/>
          <w:szCs w:val="24"/>
        </w:rPr>
        <w:t>corso</w:t>
      </w:r>
      <w:proofErr w:type="spellEnd"/>
      <w:r w:rsidRPr="00B04A63">
        <w:rPr>
          <w:rFonts w:asciiTheme="majorHAnsi" w:hAnsiTheme="majorHAnsi" w:cstheme="majorHAnsi"/>
          <w:sz w:val="24"/>
          <w:szCs w:val="24"/>
        </w:rPr>
        <w:t> </w:t>
      </w:r>
    </w:p>
    <w:p w14:paraId="738F426E" w14:textId="7E7C27BD" w:rsidR="0014296F" w:rsidRDefault="00F311D9" w:rsidP="00B04A63">
      <w:pPr>
        <w:spacing w:after="0"/>
        <w:rPr>
          <w:rFonts w:asciiTheme="majorHAnsi" w:hAnsiTheme="majorHAnsi" w:cstheme="majorHAnsi"/>
          <w:sz w:val="24"/>
          <w:szCs w:val="24"/>
        </w:rPr>
      </w:pPr>
      <w:r w:rsidRPr="00B04A63">
        <w:rPr>
          <w:rFonts w:ascii="Segoe UI Symbol" w:hAnsi="Segoe UI Symbol" w:cs="Segoe UI Symbol"/>
          <w:sz w:val="24"/>
          <w:szCs w:val="24"/>
        </w:rPr>
        <w:t>☐</w:t>
      </w:r>
      <w:r w:rsidRPr="00B04A63">
        <w:rPr>
          <w:rFonts w:asciiTheme="majorHAnsi" w:hAnsiTheme="majorHAnsi" w:cstheme="majorHAnsi"/>
          <w:sz w:val="24"/>
          <w:szCs w:val="24"/>
        </w:rPr>
        <w:t xml:space="preserve"> Fine </w:t>
      </w:r>
      <w:proofErr w:type="spellStart"/>
      <w:r w:rsidRPr="00B04A63">
        <w:rPr>
          <w:rFonts w:asciiTheme="majorHAnsi" w:hAnsiTheme="majorHAnsi" w:cstheme="majorHAnsi"/>
          <w:sz w:val="24"/>
          <w:szCs w:val="24"/>
        </w:rPr>
        <w:t>lavori</w:t>
      </w:r>
      <w:proofErr w:type="spellEnd"/>
      <w:r w:rsidR="00B04A6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5D57704D" w14:textId="77777777" w:rsidR="00B04A63" w:rsidRDefault="00B04A63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</w:p>
    <w:p w14:paraId="4F2A3703" w14:textId="576BCAFF" w:rsidR="0014296F" w:rsidRPr="00B04A63" w:rsidRDefault="00F311D9" w:rsidP="00B04A63">
      <w:pPr>
        <w:spacing w:after="0"/>
        <w:rPr>
          <w:rFonts w:asciiTheme="majorHAnsi" w:hAnsiTheme="majorHAnsi" w:cstheme="majorHAnsi"/>
          <w:b/>
          <w:bCs/>
          <w:sz w:val="24"/>
          <w:szCs w:val="24"/>
        </w:rPr>
      </w:pPr>
      <w:r w:rsidRPr="00B04A63">
        <w:rPr>
          <w:rFonts w:asciiTheme="majorHAnsi" w:hAnsiTheme="majorHAnsi" w:cstheme="majorHAnsi"/>
          <w:b/>
          <w:bCs/>
          <w:sz w:val="24"/>
          <w:szCs w:val="24"/>
        </w:rPr>
        <w:t xml:space="preserve">DOCUMENTAZIONE FOTOGRAFICA </w:t>
      </w:r>
    </w:p>
    <w:p w14:paraId="218D484E" w14:textId="2475F07D" w:rsidR="0014296F" w:rsidRPr="0082245F" w:rsidRDefault="0082245F" w:rsidP="00B04A63">
      <w:pPr>
        <w:spacing w:after="0"/>
        <w:rPr>
          <w:rFonts w:asciiTheme="majorHAnsi" w:hAnsiTheme="majorHAnsi" w:cstheme="majorHAnsi"/>
          <w:i/>
          <w:iCs/>
          <w:sz w:val="24"/>
          <w:szCs w:val="24"/>
        </w:rPr>
      </w:pPr>
      <w:proofErr w:type="spellStart"/>
      <w:r w:rsidRPr="0082245F">
        <w:rPr>
          <w:rFonts w:asciiTheme="majorHAnsi" w:hAnsiTheme="majorHAnsi" w:cstheme="majorHAnsi"/>
          <w:i/>
          <w:iCs/>
          <w:sz w:val="24"/>
          <w:szCs w:val="24"/>
        </w:rPr>
        <w:t>A</w:t>
      </w:r>
      <w:r w:rsidR="00F311D9" w:rsidRPr="0082245F">
        <w:rPr>
          <w:rFonts w:asciiTheme="majorHAnsi" w:hAnsiTheme="majorHAnsi" w:cstheme="majorHAnsi"/>
          <w:i/>
          <w:iCs/>
          <w:sz w:val="24"/>
          <w:szCs w:val="24"/>
        </w:rPr>
        <w:t>llegare</w:t>
      </w:r>
      <w:proofErr w:type="spellEnd"/>
      <w:r w:rsidR="00F311D9" w:rsidRPr="0082245F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proofErr w:type="spellStart"/>
      <w:r w:rsidR="00F311D9" w:rsidRPr="0082245F">
        <w:rPr>
          <w:rFonts w:asciiTheme="majorHAnsi" w:hAnsiTheme="majorHAnsi" w:cstheme="majorHAnsi"/>
          <w:i/>
          <w:iCs/>
          <w:sz w:val="24"/>
          <w:szCs w:val="24"/>
        </w:rPr>
        <w:t>immagini</w:t>
      </w:r>
      <w:proofErr w:type="spellEnd"/>
      <w:r w:rsidR="00F311D9" w:rsidRPr="0082245F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B04A63" w:rsidRPr="0082245F">
        <w:rPr>
          <w:rFonts w:asciiTheme="majorHAnsi" w:hAnsiTheme="majorHAnsi" w:cstheme="majorHAnsi"/>
          <w:i/>
          <w:iCs/>
          <w:sz w:val="24"/>
          <w:szCs w:val="24"/>
        </w:rPr>
        <w:t xml:space="preserve">a </w:t>
      </w:r>
      <w:proofErr w:type="spellStart"/>
      <w:r w:rsidR="00B04A63" w:rsidRPr="0082245F">
        <w:rPr>
          <w:rFonts w:asciiTheme="majorHAnsi" w:hAnsiTheme="majorHAnsi" w:cstheme="majorHAnsi"/>
          <w:i/>
          <w:iCs/>
          <w:sz w:val="24"/>
          <w:szCs w:val="24"/>
        </w:rPr>
        <w:t>bassa</w:t>
      </w:r>
      <w:proofErr w:type="spellEnd"/>
      <w:r w:rsidR="00B04A63" w:rsidRPr="0082245F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proofErr w:type="spellStart"/>
      <w:r w:rsidR="00B04A63" w:rsidRPr="0082245F">
        <w:rPr>
          <w:rFonts w:asciiTheme="majorHAnsi" w:hAnsiTheme="majorHAnsi" w:cstheme="majorHAnsi"/>
          <w:i/>
          <w:iCs/>
          <w:sz w:val="24"/>
          <w:szCs w:val="24"/>
        </w:rPr>
        <w:t>risoluzione</w:t>
      </w:r>
      <w:proofErr w:type="spellEnd"/>
      <w:r w:rsidR="00F311D9" w:rsidRPr="0082245F">
        <w:rPr>
          <w:rFonts w:asciiTheme="majorHAnsi" w:hAnsiTheme="majorHAnsi" w:cstheme="majorHAnsi"/>
          <w:i/>
          <w:iCs/>
          <w:sz w:val="24"/>
          <w:szCs w:val="24"/>
        </w:rPr>
        <w:br/>
      </w:r>
    </w:p>
    <w:sectPr w:rsidR="0014296F" w:rsidRPr="0082245F" w:rsidSect="00476595">
      <w:headerReference w:type="default" r:id="rId8"/>
      <w:footerReference w:type="default" r:id="rId9"/>
      <w:pgSz w:w="12240" w:h="15840"/>
      <w:pgMar w:top="851" w:right="851" w:bottom="851" w:left="851" w:header="39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BEE5D3" w14:textId="77777777" w:rsidR="006B0AF5" w:rsidRDefault="006B0AF5" w:rsidP="00476595">
      <w:pPr>
        <w:spacing w:after="0" w:line="240" w:lineRule="auto"/>
      </w:pPr>
      <w:r>
        <w:separator/>
      </w:r>
    </w:p>
  </w:endnote>
  <w:endnote w:type="continuationSeparator" w:id="0">
    <w:p w14:paraId="59D1A017" w14:textId="77777777" w:rsidR="006B0AF5" w:rsidRDefault="006B0AF5" w:rsidP="0047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250129" w14:textId="77777777" w:rsidR="00476595" w:rsidRPr="00476595" w:rsidRDefault="00476595" w:rsidP="00476595">
    <w:pPr>
      <w:pStyle w:val="Pidipagina"/>
      <w:jc w:val="center"/>
      <w:rPr>
        <w:sz w:val="10"/>
        <w:szCs w:val="10"/>
      </w:rPr>
    </w:pPr>
  </w:p>
  <w:p w14:paraId="6C691A73" w14:textId="7ED9D749" w:rsidR="00476595" w:rsidRDefault="00476595" w:rsidP="00476595">
    <w:pPr>
      <w:pStyle w:val="Pidipagina"/>
      <w:jc w:val="center"/>
    </w:pPr>
    <w:r>
      <w:rPr>
        <w:noProof/>
        <w:lang w:val="it-IT" w:eastAsia="it-IT"/>
      </w:rPr>
      <w:drawing>
        <wp:inline distT="0" distB="0" distL="0" distR="0" wp14:anchorId="2E7709F8" wp14:editId="27C62BA3">
          <wp:extent cx="1132808" cy="367030"/>
          <wp:effectExtent l="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32808" cy="36703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DCA774" w14:textId="77777777" w:rsidR="006B0AF5" w:rsidRDefault="006B0AF5" w:rsidP="00476595">
      <w:pPr>
        <w:spacing w:after="0" w:line="240" w:lineRule="auto"/>
      </w:pPr>
      <w:r>
        <w:separator/>
      </w:r>
    </w:p>
  </w:footnote>
  <w:footnote w:type="continuationSeparator" w:id="0">
    <w:p w14:paraId="50E5061C" w14:textId="77777777" w:rsidR="006B0AF5" w:rsidRDefault="006B0AF5" w:rsidP="0047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43ACF" w14:textId="39F04F2E" w:rsidR="00476595" w:rsidRPr="00D122B5" w:rsidRDefault="00476595" w:rsidP="00476595">
    <w:pPr>
      <w:spacing w:after="0" w:line="240" w:lineRule="auto"/>
      <w:jc w:val="center"/>
      <w:rPr>
        <w:color w:val="002060"/>
      </w:rPr>
    </w:pPr>
    <w:r w:rsidRPr="00D122B5">
      <w:rPr>
        <w:noProof/>
        <w:color w:val="808080"/>
        <w:lang w:val="it-IT" w:eastAsia="it-IT"/>
      </w:rPr>
      <w:drawing>
        <wp:inline distT="0" distB="0" distL="0" distR="0" wp14:anchorId="2C3C821F" wp14:editId="2858A89E">
          <wp:extent cx="601980" cy="652479"/>
          <wp:effectExtent l="0" t="0" r="7620" b="0"/>
          <wp:docPr id="1" name="Immagine 1" descr="Descrizione: repubblica-ital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Descrizione: repubblica-italia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60" cy="6554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D0EC78" w14:textId="77777777" w:rsidR="00476595" w:rsidRPr="00476595" w:rsidRDefault="00476595" w:rsidP="00476595">
    <w:pPr>
      <w:spacing w:after="0" w:line="240" w:lineRule="auto"/>
      <w:jc w:val="center"/>
      <w:rPr>
        <w:rFonts w:ascii="Palace Script MT" w:hAnsi="Palace Script MT"/>
        <w:color w:val="002060"/>
        <w:sz w:val="52"/>
        <w:szCs w:val="52"/>
      </w:rPr>
    </w:pPr>
    <w:proofErr w:type="spellStart"/>
    <w:r w:rsidRPr="00476595">
      <w:rPr>
        <w:rFonts w:ascii="Palace Script MT" w:hAnsi="Palace Script MT"/>
        <w:color w:val="002060"/>
        <w:sz w:val="52"/>
        <w:szCs w:val="52"/>
      </w:rPr>
      <w:t>Ministero</w:t>
    </w:r>
    <w:proofErr w:type="spellEnd"/>
    <w:r w:rsidRPr="00476595">
      <w:rPr>
        <w:rFonts w:ascii="Palace Script MT" w:hAnsi="Palace Script MT"/>
        <w:color w:val="002060"/>
        <w:sz w:val="52"/>
        <w:szCs w:val="52"/>
      </w:rPr>
      <w:t xml:space="preserve"> </w:t>
    </w:r>
    <w:proofErr w:type="spellStart"/>
    <w:r w:rsidRPr="00476595">
      <w:rPr>
        <w:rFonts w:ascii="Palace Script MT" w:hAnsi="Palace Script MT"/>
        <w:color w:val="002060"/>
        <w:sz w:val="52"/>
        <w:szCs w:val="52"/>
      </w:rPr>
      <w:t>della</w:t>
    </w:r>
    <w:proofErr w:type="spellEnd"/>
    <w:r w:rsidRPr="00476595">
      <w:rPr>
        <w:rFonts w:ascii="Palace Script MT" w:hAnsi="Palace Script MT"/>
        <w:color w:val="002060"/>
        <w:sz w:val="52"/>
        <w:szCs w:val="52"/>
      </w:rPr>
      <w:t xml:space="preserve"> </w:t>
    </w:r>
    <w:proofErr w:type="spellStart"/>
    <w:r w:rsidRPr="00476595">
      <w:rPr>
        <w:rFonts w:ascii="Palace Script MT" w:hAnsi="Palace Script MT"/>
        <w:color w:val="002060"/>
        <w:sz w:val="52"/>
        <w:szCs w:val="52"/>
      </w:rPr>
      <w:t>cultura</w:t>
    </w:r>
    <w:proofErr w:type="spellEnd"/>
  </w:p>
  <w:p w14:paraId="080C8633" w14:textId="77777777" w:rsidR="00476595" w:rsidRPr="00307659" w:rsidRDefault="00476595" w:rsidP="00476595">
    <w:pPr>
      <w:tabs>
        <w:tab w:val="center" w:pos="2268"/>
      </w:tabs>
      <w:spacing w:after="0" w:line="240" w:lineRule="auto"/>
      <w:ind w:right="-7"/>
      <w:jc w:val="center"/>
      <w:rPr>
        <w:rFonts w:ascii="Calibri" w:hAnsi="Calibri" w:cs="Calibri"/>
        <w:color w:val="002060"/>
        <w:sz w:val="18"/>
        <w:szCs w:val="16"/>
      </w:rPr>
    </w:pPr>
    <w:r w:rsidRPr="00307659">
      <w:rPr>
        <w:rFonts w:ascii="Calibri" w:hAnsi="Calibri" w:cs="Calibri"/>
        <w:color w:val="002060"/>
        <w:sz w:val="18"/>
        <w:szCs w:val="16"/>
      </w:rPr>
      <w:t>DIPARTIMENTO PER LA TUTELA DEL PATRIMONIO CULTURALE – DiT</w:t>
    </w:r>
  </w:p>
  <w:p w14:paraId="62AD16B4" w14:textId="77482A0D" w:rsidR="00476595" w:rsidRDefault="00476595" w:rsidP="00476595">
    <w:pPr>
      <w:spacing w:after="0" w:line="240" w:lineRule="auto"/>
      <w:ind w:right="-7"/>
      <w:jc w:val="center"/>
      <w:rPr>
        <w:rFonts w:ascii="Calibri" w:hAnsi="Calibri"/>
        <w:bCs/>
        <w:color w:val="002060"/>
      </w:rPr>
    </w:pPr>
    <w:proofErr w:type="spellStart"/>
    <w:r w:rsidRPr="00AE4BBE">
      <w:rPr>
        <w:rFonts w:ascii="Calibri" w:hAnsi="Calibri"/>
        <w:bCs/>
        <w:color w:val="002060"/>
      </w:rPr>
      <w:t>Direzione</w:t>
    </w:r>
    <w:proofErr w:type="spellEnd"/>
    <w:r w:rsidRPr="00AE4BBE">
      <w:rPr>
        <w:rFonts w:ascii="Calibri" w:hAnsi="Calibri"/>
        <w:bCs/>
        <w:color w:val="002060"/>
      </w:rPr>
      <w:t xml:space="preserve"> </w:t>
    </w:r>
    <w:proofErr w:type="spellStart"/>
    <w:r w:rsidRPr="00AE4BBE">
      <w:rPr>
        <w:rFonts w:ascii="Calibri" w:hAnsi="Calibri"/>
        <w:bCs/>
        <w:color w:val="002060"/>
      </w:rPr>
      <w:t>generale</w:t>
    </w:r>
    <w:proofErr w:type="spellEnd"/>
    <w:r w:rsidRPr="00AE4BBE">
      <w:rPr>
        <w:rFonts w:ascii="Calibri" w:hAnsi="Calibri"/>
        <w:bCs/>
        <w:color w:val="002060"/>
      </w:rPr>
      <w:t xml:space="preserve"> </w:t>
    </w:r>
    <w:proofErr w:type="spellStart"/>
    <w:r w:rsidRPr="00AE4BBE">
      <w:rPr>
        <w:rFonts w:ascii="Calibri" w:hAnsi="Calibri"/>
        <w:bCs/>
        <w:color w:val="002060"/>
      </w:rPr>
      <w:t>Archeologia</w:t>
    </w:r>
    <w:proofErr w:type="spellEnd"/>
    <w:r w:rsidRPr="00AE4BBE">
      <w:rPr>
        <w:rFonts w:ascii="Calibri" w:hAnsi="Calibri"/>
        <w:bCs/>
        <w:color w:val="002060"/>
      </w:rPr>
      <w:t xml:space="preserve"> belle </w:t>
    </w:r>
    <w:proofErr w:type="spellStart"/>
    <w:r w:rsidRPr="00AE4BBE">
      <w:rPr>
        <w:rFonts w:ascii="Calibri" w:hAnsi="Calibri"/>
        <w:bCs/>
        <w:color w:val="002060"/>
      </w:rPr>
      <w:t>arti</w:t>
    </w:r>
    <w:proofErr w:type="spellEnd"/>
    <w:r w:rsidRPr="00AE4BBE">
      <w:rPr>
        <w:rFonts w:ascii="Calibri" w:hAnsi="Calibri"/>
        <w:bCs/>
        <w:color w:val="002060"/>
      </w:rPr>
      <w:t xml:space="preserve"> e</w:t>
    </w:r>
    <w:r>
      <w:rPr>
        <w:rFonts w:ascii="Calibri" w:hAnsi="Calibri"/>
        <w:bCs/>
        <w:color w:val="002060"/>
      </w:rPr>
      <w:t xml:space="preserve"> </w:t>
    </w:r>
    <w:proofErr w:type="spellStart"/>
    <w:r w:rsidRPr="00AE4BBE">
      <w:rPr>
        <w:rFonts w:ascii="Calibri" w:hAnsi="Calibri"/>
        <w:bCs/>
        <w:color w:val="002060"/>
      </w:rPr>
      <w:t>paesaggio</w:t>
    </w:r>
    <w:proofErr w:type="spellEnd"/>
  </w:p>
  <w:p w14:paraId="5F04BDA0" w14:textId="77777777" w:rsidR="00476595" w:rsidRPr="00476595" w:rsidRDefault="00476595" w:rsidP="00476595">
    <w:pPr>
      <w:spacing w:after="0" w:line="240" w:lineRule="auto"/>
      <w:ind w:right="-7"/>
      <w:jc w:val="center"/>
      <w:rPr>
        <w:rFonts w:ascii="Calibri" w:hAnsi="Calibri"/>
        <w:bCs/>
        <w:color w:val="00206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D4D60"/>
    <w:rsid w:val="0014296F"/>
    <w:rsid w:val="0015074B"/>
    <w:rsid w:val="00274B7A"/>
    <w:rsid w:val="00291905"/>
    <w:rsid w:val="0029639D"/>
    <w:rsid w:val="00326F90"/>
    <w:rsid w:val="00476595"/>
    <w:rsid w:val="00516FA4"/>
    <w:rsid w:val="006B0AF5"/>
    <w:rsid w:val="007A7AC7"/>
    <w:rsid w:val="0082245F"/>
    <w:rsid w:val="008C1728"/>
    <w:rsid w:val="00AA1D8D"/>
    <w:rsid w:val="00B04A63"/>
    <w:rsid w:val="00B47730"/>
    <w:rsid w:val="00BE09B3"/>
    <w:rsid w:val="00C757F2"/>
    <w:rsid w:val="00CB0664"/>
    <w:rsid w:val="00CC11DD"/>
    <w:rsid w:val="00EF49FB"/>
    <w:rsid w:val="00F311D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80FEEC"/>
  <w14:defaultImageDpi w14:val="330"/>
  <w15:docId w15:val="{201151B9-9AB5-4443-8FA2-27D9A2DE1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2AA3608-AC87-422C-914F-36C8CC76D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Annamaria Abbamonte</cp:lastModifiedBy>
  <cp:revision>2</cp:revision>
  <dcterms:created xsi:type="dcterms:W3CDTF">2025-11-06T13:35:00Z</dcterms:created>
  <dcterms:modified xsi:type="dcterms:W3CDTF">2025-11-06T13:35:00Z</dcterms:modified>
  <cp:category/>
</cp:coreProperties>
</file>